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A2F39" w14:textId="77777777" w:rsidR="00D06E85" w:rsidRDefault="00BD1515">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45B1A99E" w:rsidR="00D06E85" w:rsidRDefault="002841D2">
            <w:pPr>
              <w:keepNext/>
              <w:jc w:val="center"/>
            </w:pPr>
            <w:r>
              <w:rPr>
                <w:noProof/>
              </w:rPr>
              <w:drawing>
                <wp:inline distT="0" distB="0" distL="0" distR="0" wp14:anchorId="4BC4F587" wp14:editId="5E0C21CB">
                  <wp:extent cx="480695" cy="641985"/>
                  <wp:effectExtent l="0" t="0" r="0" b="5715"/>
                  <wp:docPr id="2" name="Picture 1" descr="Description: C:\Users\User\Desktop\videle sigla - Copy.png"/>
                  <wp:cNvGraphicFramePr/>
                  <a:graphic xmlns:a="http://schemas.openxmlformats.org/drawingml/2006/main">
                    <a:graphicData uri="http://schemas.openxmlformats.org/drawingml/2006/picture">
                      <pic:pic xmlns:pic="http://schemas.openxmlformats.org/drawingml/2006/picture">
                        <pic:nvPicPr>
                          <pic:cNvPr id="2" name="Picture 1" descr="Description: C:\Users\User\Desktop\videle sigla - Copy.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pic:spPr>
                      </pic:pic>
                    </a:graphicData>
                  </a:graphic>
                </wp:inline>
              </w:drawing>
            </w:r>
          </w:p>
        </w:tc>
        <w:tc>
          <w:tcPr>
            <w:tcW w:w="8030" w:type="dxa"/>
            <w:gridSpan w:val="3"/>
            <w:shd w:val="clear" w:color="auto" w:fill="F0F0F0"/>
          </w:tcPr>
          <w:p w14:paraId="7A25B7CF" w14:textId="6059D8E7" w:rsidR="00D06E85" w:rsidRPr="00A15F4A" w:rsidRDefault="00BD1515">
            <w:pPr>
              <w:keepNext/>
            </w:pPr>
            <w:r>
              <w:rPr>
                <w:b/>
                <w:color w:val="0D5F78"/>
              </w:rPr>
              <w:t>Județul</w:t>
            </w:r>
            <w:r w:rsidR="00A15F4A">
              <w:rPr>
                <w:b/>
                <w:color w:val="0D5F78"/>
              </w:rPr>
              <w:t xml:space="preserve"> </w:t>
            </w:r>
            <w:r w:rsidR="00A15F4A" w:rsidRPr="00A15F4A">
              <w:rPr>
                <w:b/>
              </w:rPr>
              <w:t>TELEORMAN</w:t>
            </w:r>
          </w:p>
          <w:p w14:paraId="14096774" w14:textId="77777777" w:rsidR="00D06E85" w:rsidRDefault="00D06E85">
            <w:pPr>
              <w:keepNext/>
            </w:pP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30419E12" w:rsidR="00D06E85" w:rsidRPr="00A15F4A" w:rsidRDefault="00BD1515">
            <w:pPr>
              <w:keepNext/>
            </w:pPr>
            <w:r>
              <w:rPr>
                <w:b/>
                <w:color w:val="0D5F78"/>
              </w:rPr>
              <w:t>Autoritatea administrației publice</w:t>
            </w:r>
            <w:r w:rsidR="00A15F4A">
              <w:rPr>
                <w:b/>
                <w:color w:val="0D5F78"/>
              </w:rPr>
              <w:t xml:space="preserve"> </w:t>
            </w:r>
            <w:bookmarkStart w:id="0" w:name="_GoBack"/>
            <w:r w:rsidR="00A15F4A" w:rsidRPr="00A15F4A">
              <w:rPr>
                <w:b/>
              </w:rPr>
              <w:t>PRIMARIA ORASULUI VIDELE</w:t>
            </w:r>
          </w:p>
          <w:bookmarkEnd w:id="0"/>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BD1515">
            <w:pPr>
              <w:keepNext/>
              <w:rPr>
                <w:lang w:val="fr-FR"/>
              </w:rPr>
            </w:pPr>
            <w:r w:rsidRPr="00F146C8">
              <w:rPr>
                <w:b/>
                <w:color w:val="0D5F78"/>
                <w:lang w:val="fr-FR"/>
              </w:rPr>
              <w:t>Cod de identificare fiscală (CIF)</w:t>
            </w:r>
          </w:p>
          <w:p w14:paraId="1513B3BE" w14:textId="36E953D3" w:rsidR="00D06E85" w:rsidRPr="00F146C8" w:rsidRDefault="00A15F4A">
            <w:pPr>
              <w:keepNext/>
              <w:rPr>
                <w:lang w:val="fr-FR"/>
              </w:rPr>
            </w:pPr>
            <w:r>
              <w:rPr>
                <w:lang w:val="fr-FR"/>
              </w:rPr>
              <w:t>6853155</w:t>
            </w:r>
          </w:p>
        </w:tc>
        <w:tc>
          <w:tcPr>
            <w:tcW w:w="5621" w:type="dxa"/>
            <w:gridSpan w:val="2"/>
            <w:shd w:val="clear" w:color="auto" w:fill="F0F0F0"/>
          </w:tcPr>
          <w:p w14:paraId="2FE3433C" w14:textId="77777777" w:rsidR="00D06E85" w:rsidRDefault="00BD1515">
            <w:pPr>
              <w:keepNext/>
            </w:pPr>
            <w:r>
              <w:rPr>
                <w:b/>
                <w:color w:val="0D5F78"/>
              </w:rPr>
              <w:t>Adresa oficială</w:t>
            </w:r>
          </w:p>
          <w:p w14:paraId="3DD7BF1B" w14:textId="77777777" w:rsidR="00A15F4A" w:rsidRDefault="00A15F4A" w:rsidP="00A15F4A">
            <w:pPr>
              <w:keepNext/>
            </w:pPr>
            <w:r>
              <w:t xml:space="preserve">ORAS VIDELE, STRADA REPUBLICII, NR. 2, TEL. 0247453017, </w:t>
            </w:r>
          </w:p>
          <w:p w14:paraId="0E80596B" w14:textId="4689FE30" w:rsidR="00D06E85" w:rsidRDefault="00A15F4A" w:rsidP="00A15F4A">
            <w:pPr>
              <w:keepNext/>
            </w:pPr>
            <w:r>
              <w:rPr>
                <w:spacing w:val="20"/>
                <w:sz w:val="16"/>
                <w:szCs w:val="16"/>
              </w:rPr>
              <w:t>E-mail: primariavidele@yahoo.com; office@primariavidele.ro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BD1515">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BD1515">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BD1515">
            <w:pPr>
              <w:rPr>
                <w:lang w:val="fr-FR"/>
              </w:rPr>
            </w:pPr>
            <w:r w:rsidRPr="00F146C8">
              <w:rPr>
                <w:i/>
                <w:color w:val="595959"/>
                <w:lang w:val="fr-FR"/>
              </w:rPr>
              <w:t xml:space="preserve"> se completează de autoritate — solicitantul nu scrie în această zonă</w:t>
            </w:r>
          </w:p>
        </w:tc>
      </w:tr>
    </w:tbl>
    <w:p w14:paraId="7EFB48B9" w14:textId="77777777" w:rsidR="00D06E85" w:rsidRPr="00F146C8" w:rsidRDefault="00D06E85">
      <w:pPr>
        <w:spacing w:line="168" w:lineRule="auto"/>
        <w:rPr>
          <w:lang w:val="fr-FR"/>
        </w:rPr>
      </w:pPr>
    </w:p>
    <w:p w14:paraId="0921EF5A" w14:textId="77777777" w:rsidR="00D06E85" w:rsidRPr="00B23FEC" w:rsidRDefault="00BD1515">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BD1515">
      <w:pPr>
        <w:spacing w:after="120"/>
        <w:jc w:val="center"/>
        <w:rPr>
          <w:lang w:val="fr-FR"/>
        </w:rPr>
      </w:pPr>
      <w:r w:rsidRPr="00F146C8">
        <w:rPr>
          <w:sz w:val="19"/>
          <w:lang w:val="fr-FR"/>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BD1515">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BD1515">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BD1515">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BD1515">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BD1515">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BD1515">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BD1515">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BD1515">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BD1515">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BD1515">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BD1515">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BD1515">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BD1515">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BD1515">
            <w:pPr>
              <w:keepNext/>
            </w:pPr>
            <w:r>
              <w:rPr>
                <w:b/>
                <w:color w:val="0D5F78"/>
              </w:rPr>
              <w:t>Nr.</w:t>
            </w:r>
          </w:p>
          <w:p w14:paraId="3B9CD2F6" w14:textId="77777777" w:rsidR="00D06E85" w:rsidRDefault="00D06E85">
            <w:pPr>
              <w:keepNext/>
            </w:pPr>
          </w:p>
        </w:tc>
        <w:tc>
          <w:tcPr>
            <w:tcW w:w="803" w:type="dxa"/>
          </w:tcPr>
          <w:p w14:paraId="0A560568" w14:textId="77777777" w:rsidR="00D06E85" w:rsidRDefault="00BD1515">
            <w:pPr>
              <w:keepNext/>
            </w:pPr>
            <w:r>
              <w:rPr>
                <w:b/>
                <w:color w:val="0D5F78"/>
              </w:rPr>
              <w:t>Sc.</w:t>
            </w:r>
          </w:p>
          <w:p w14:paraId="211A18B0" w14:textId="77777777" w:rsidR="00D06E85" w:rsidRDefault="00D06E85">
            <w:pPr>
              <w:keepNext/>
            </w:pPr>
          </w:p>
        </w:tc>
        <w:tc>
          <w:tcPr>
            <w:tcW w:w="803" w:type="dxa"/>
          </w:tcPr>
          <w:p w14:paraId="0131CA5E" w14:textId="77777777" w:rsidR="00D06E85" w:rsidRDefault="00BD1515">
            <w:pPr>
              <w:keepNext/>
            </w:pPr>
            <w:r>
              <w:rPr>
                <w:b/>
                <w:color w:val="0D5F78"/>
              </w:rPr>
              <w:t>Et.</w:t>
            </w:r>
          </w:p>
          <w:p w14:paraId="6E2D34FD" w14:textId="77777777" w:rsidR="00D06E85" w:rsidRDefault="00D06E85">
            <w:pPr>
              <w:keepNext/>
            </w:pPr>
          </w:p>
        </w:tc>
        <w:tc>
          <w:tcPr>
            <w:tcW w:w="803" w:type="dxa"/>
          </w:tcPr>
          <w:p w14:paraId="5756BAA2" w14:textId="77777777" w:rsidR="00D06E85" w:rsidRDefault="00BD1515">
            <w:pPr>
              <w:keepNext/>
            </w:pPr>
            <w:r>
              <w:rPr>
                <w:b/>
                <w:color w:val="0D5F78"/>
              </w:rPr>
              <w:t>Ap.</w:t>
            </w:r>
          </w:p>
          <w:p w14:paraId="3542AD72" w14:textId="77777777" w:rsidR="00D06E85" w:rsidRDefault="00D06E85">
            <w:pPr>
              <w:keepNext/>
            </w:pPr>
          </w:p>
        </w:tc>
        <w:tc>
          <w:tcPr>
            <w:tcW w:w="1606" w:type="dxa"/>
          </w:tcPr>
          <w:p w14:paraId="5A04CB06" w14:textId="77777777" w:rsidR="00D06E85" w:rsidRDefault="00BD1515">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BD1515">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BD1515">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BD1515">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BD1515">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BD1515">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BD1515">
            <w:r>
              <w:rPr>
                <w:b/>
                <w:color w:val="0D5F78"/>
              </w:rPr>
              <w:t>În calitate de reprezentant al</w:t>
            </w:r>
          </w:p>
          <w:p w14:paraId="249A940B" w14:textId="77777777" w:rsidR="00D06E85" w:rsidRDefault="00D06E85"/>
        </w:tc>
        <w:tc>
          <w:tcPr>
            <w:tcW w:w="3212" w:type="dxa"/>
            <w:gridSpan w:val="2"/>
          </w:tcPr>
          <w:p w14:paraId="592E2749" w14:textId="77777777" w:rsidR="00D06E85" w:rsidRDefault="00BD1515">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BD1515">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BD1515">
            <w:pPr>
              <w:keepNext/>
              <w:rPr>
                <w:sz w:val="16"/>
                <w:lang w:val="fr-FR"/>
              </w:rPr>
            </w:pPr>
            <w:r w:rsidRPr="00F146C8">
              <w:rPr>
                <w:sz w:val="16"/>
                <w:lang w:val="fr-FR"/>
              </w:rPr>
              <w:t>☐ Documentației de amenajare a teritoriului / documentației de urbanism, pentru care se solicită analizarea și promovarea spre aprobare, având denumirea:</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BD1515">
            <w:pPr>
              <w:keepNext/>
              <w:rPr>
                <w:lang w:val="fr-FR"/>
              </w:rPr>
            </w:pPr>
            <w:r w:rsidRPr="00F146C8">
              <w:rPr>
                <w:sz w:val="16"/>
                <w:lang w:val="fr-FR"/>
              </w:rPr>
              <w:t>☐ Investiției, pentru care se solicită emiterea autorizației de construire / desființare / organizare de șantier</w:t>
            </w:r>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BD1515">
            <w:pPr>
              <w:keepNext/>
              <w:rPr>
                <w:lang w:val="fr-FR"/>
              </w:rPr>
            </w:pPr>
            <w:r w:rsidRPr="00F146C8">
              <w:rPr>
                <w:b/>
                <w:color w:val="0D5F78"/>
                <w:lang w:val="fr-FR"/>
              </w:rPr>
              <w:t>în baza Certificatului de urbanism nr.</w:t>
            </w:r>
          </w:p>
          <w:p w14:paraId="587CA335" w14:textId="77777777" w:rsidR="00D06E85" w:rsidRPr="00F146C8" w:rsidRDefault="00D06E85">
            <w:pPr>
              <w:keepNext/>
              <w:rPr>
                <w:lang w:val="fr-FR"/>
              </w:rPr>
            </w:pPr>
          </w:p>
        </w:tc>
        <w:tc>
          <w:tcPr>
            <w:tcW w:w="2409" w:type="dxa"/>
            <w:gridSpan w:val="3"/>
          </w:tcPr>
          <w:p w14:paraId="408E0A2F" w14:textId="77777777" w:rsidR="00D06E85" w:rsidRDefault="00BD1515">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BD1515">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BD1515">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BD1515">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BD1515">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BD1515">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BD1515">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BD1515">
            <w:pPr>
              <w:keepNext/>
            </w:pPr>
            <w:r>
              <w:rPr>
                <w:b/>
                <w:color w:val="0D5F78"/>
              </w:rPr>
              <w:t>Nr.</w:t>
            </w:r>
          </w:p>
          <w:p w14:paraId="7672ED98" w14:textId="77777777" w:rsidR="00D06E85" w:rsidRDefault="00D06E85">
            <w:pPr>
              <w:keepNext/>
            </w:pPr>
          </w:p>
        </w:tc>
        <w:tc>
          <w:tcPr>
            <w:tcW w:w="803" w:type="dxa"/>
          </w:tcPr>
          <w:p w14:paraId="3211E91D" w14:textId="77777777" w:rsidR="00D06E85" w:rsidRDefault="00BD1515">
            <w:pPr>
              <w:keepNext/>
            </w:pPr>
            <w:r>
              <w:rPr>
                <w:b/>
                <w:color w:val="0D5F78"/>
              </w:rPr>
              <w:t>Sc.</w:t>
            </w:r>
          </w:p>
          <w:p w14:paraId="7428D1FA" w14:textId="77777777" w:rsidR="00D06E85" w:rsidRDefault="00D06E85">
            <w:pPr>
              <w:keepNext/>
            </w:pPr>
          </w:p>
        </w:tc>
        <w:tc>
          <w:tcPr>
            <w:tcW w:w="803" w:type="dxa"/>
          </w:tcPr>
          <w:p w14:paraId="5D0C58DB" w14:textId="77777777" w:rsidR="00D06E85" w:rsidRDefault="00BD1515">
            <w:pPr>
              <w:keepNext/>
            </w:pPr>
            <w:r>
              <w:rPr>
                <w:b/>
                <w:color w:val="0D5F78"/>
              </w:rPr>
              <w:t>Et.</w:t>
            </w:r>
          </w:p>
          <w:p w14:paraId="3DB9BF45" w14:textId="77777777" w:rsidR="00D06E85" w:rsidRDefault="00D06E85">
            <w:pPr>
              <w:keepNext/>
            </w:pPr>
          </w:p>
        </w:tc>
        <w:tc>
          <w:tcPr>
            <w:tcW w:w="803" w:type="dxa"/>
          </w:tcPr>
          <w:p w14:paraId="19EBA19F" w14:textId="77777777" w:rsidR="00D06E85" w:rsidRDefault="00BD1515">
            <w:pPr>
              <w:keepNext/>
            </w:pPr>
            <w:r>
              <w:rPr>
                <w:b/>
                <w:color w:val="0D5F78"/>
              </w:rPr>
              <w:t>Ap.</w:t>
            </w:r>
          </w:p>
          <w:p w14:paraId="7FA40548" w14:textId="77777777" w:rsidR="00D06E85" w:rsidRDefault="00D06E85">
            <w:pPr>
              <w:keepNext/>
            </w:pPr>
          </w:p>
        </w:tc>
        <w:tc>
          <w:tcPr>
            <w:tcW w:w="1606" w:type="dxa"/>
          </w:tcPr>
          <w:p w14:paraId="526BA805" w14:textId="77777777" w:rsidR="00D06E85" w:rsidRDefault="00BD1515">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BD1515">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BD1515">
            <w:r>
              <w:rPr>
                <w:b/>
                <w:color w:val="0D5F78"/>
              </w:rPr>
              <w:t>Cartea funciară nr.</w:t>
            </w:r>
          </w:p>
          <w:p w14:paraId="7035FD8D" w14:textId="77777777" w:rsidR="00D06E85" w:rsidRDefault="00D06E85"/>
        </w:tc>
        <w:tc>
          <w:tcPr>
            <w:tcW w:w="4818" w:type="dxa"/>
            <w:gridSpan w:val="4"/>
          </w:tcPr>
          <w:p w14:paraId="624D0088" w14:textId="77777777" w:rsidR="00D06E85" w:rsidRDefault="00BD1515">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BD1515">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BD1515">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BD1515">
            <w:pPr>
              <w:keepNext/>
              <w:rPr>
                <w:lang w:val="fr-FR"/>
              </w:rPr>
            </w:pPr>
            <w:r>
              <w:rPr>
                <w:sz w:val="16"/>
              </w:rPr>
              <w:t xml:space="preserve"> </w:t>
            </w:r>
            <w:r w:rsidRPr="00F146C8">
              <w:rPr>
                <w:sz w:val="16"/>
                <w:lang w:val="fr-FR"/>
              </w:rPr>
              <w:t>☐ nicio solicitare de clarificare, completare sau modificare</w:t>
            </w:r>
          </w:p>
        </w:tc>
      </w:tr>
      <w:tr w:rsidR="00D06E85" w:rsidRPr="00B23FEC" w14:paraId="392E2A3D" w14:textId="77777777">
        <w:trPr>
          <w:cantSplit/>
        </w:trPr>
        <w:tc>
          <w:tcPr>
            <w:tcW w:w="9636" w:type="dxa"/>
          </w:tcPr>
          <w:p w14:paraId="598AB427" w14:textId="77777777" w:rsidR="00D06E85" w:rsidRPr="00F146C8" w:rsidRDefault="00BD1515">
            <w:pPr>
              <w:keepNext/>
              <w:rPr>
                <w:lang w:val="fr-FR"/>
              </w:rPr>
            </w:pPr>
            <w:r w:rsidRPr="00F146C8">
              <w:rPr>
                <w:sz w:val="16"/>
                <w:lang w:val="fr-FR"/>
              </w:rPr>
              <w:t xml:space="preserve"> ☐ niciun aviz sau acord cu sau fără condiții</w:t>
            </w:r>
          </w:p>
        </w:tc>
      </w:tr>
      <w:tr w:rsidR="00D06E85" w14:paraId="0504FCED" w14:textId="77777777">
        <w:trPr>
          <w:cantSplit/>
        </w:trPr>
        <w:tc>
          <w:tcPr>
            <w:tcW w:w="9636" w:type="dxa"/>
          </w:tcPr>
          <w:p w14:paraId="3B17397B" w14:textId="77777777" w:rsidR="00D06E85" w:rsidRDefault="00BD1515">
            <w:pPr>
              <w:keepNext/>
            </w:pPr>
            <w:r w:rsidRPr="00F146C8">
              <w:rPr>
                <w:sz w:val="16"/>
                <w:lang w:val="fr-FR"/>
              </w:rPr>
              <w:t xml:space="preserve"> </w:t>
            </w:r>
            <w:r>
              <w:rPr>
                <w:sz w:val="16"/>
              </w:rPr>
              <w:t>☐ nicio adresă de respingere</w:t>
            </w:r>
          </w:p>
        </w:tc>
      </w:tr>
      <w:tr w:rsidR="00D06E85" w:rsidRPr="00B23FEC" w14:paraId="48B239F6" w14:textId="77777777">
        <w:trPr>
          <w:cantSplit/>
        </w:trPr>
        <w:tc>
          <w:tcPr>
            <w:tcW w:w="9636" w:type="dxa"/>
            <w:shd w:val="clear" w:color="auto" w:fill="F4F4F4"/>
          </w:tcPr>
          <w:p w14:paraId="2B67D063" w14:textId="77777777" w:rsidR="00D06E85" w:rsidRPr="00F146C8" w:rsidRDefault="00BD1515">
            <w:pPr>
              <w:spacing w:line="228" w:lineRule="auto"/>
              <w:rPr>
                <w:lang w:val="fr-FR"/>
              </w:rPr>
            </w:pPr>
            <w:r w:rsidRPr="00F146C8">
              <w:rPr>
                <w:lang w:val="fr-FR"/>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BD1515">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BD1515">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BD1515">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BD1515">
            <w:pPr>
              <w:keepNext/>
              <w:rPr>
                <w:lang w:val="fr-FR"/>
              </w:rPr>
            </w:pPr>
            <w:r w:rsidRPr="00F146C8">
              <w:rPr>
                <w:b/>
                <w:color w:val="0D5F78"/>
                <w:lang w:val="fr-FR"/>
              </w:rPr>
              <w:t>Instituția / entitatea de la care s-a solicitat</w:t>
            </w:r>
          </w:p>
          <w:p w14:paraId="07803F57" w14:textId="77777777" w:rsidR="00D06E85" w:rsidRPr="00F146C8" w:rsidRDefault="00D06E85">
            <w:pPr>
              <w:keepNext/>
              <w:rPr>
                <w:lang w:val="fr-FR"/>
              </w:rPr>
            </w:pPr>
          </w:p>
        </w:tc>
        <w:tc>
          <w:tcPr>
            <w:tcW w:w="1606" w:type="dxa"/>
          </w:tcPr>
          <w:p w14:paraId="5E0A8EC5" w14:textId="77777777" w:rsidR="00D06E85" w:rsidRDefault="00BD1515">
            <w:pPr>
              <w:keepNext/>
            </w:pPr>
            <w:r>
              <w:rPr>
                <w:b/>
                <w:color w:val="0D5F78"/>
              </w:rPr>
              <w:t>Dată și nr. înregistrare solicitare</w:t>
            </w:r>
          </w:p>
          <w:p w14:paraId="5614152D" w14:textId="77777777" w:rsidR="00D06E85" w:rsidRDefault="00D06E85">
            <w:pPr>
              <w:keepNext/>
            </w:pPr>
          </w:p>
        </w:tc>
        <w:tc>
          <w:tcPr>
            <w:tcW w:w="1606" w:type="dxa"/>
          </w:tcPr>
          <w:p w14:paraId="5B7D319E" w14:textId="77777777" w:rsidR="00D06E85" w:rsidRPr="00F146C8" w:rsidRDefault="00BD1515">
            <w:pPr>
              <w:keepNext/>
              <w:rPr>
                <w:lang w:val="fr-FR"/>
              </w:rPr>
            </w:pPr>
            <w:r w:rsidRPr="00F146C8">
              <w:rPr>
                <w:b/>
                <w:color w:val="0D5F78"/>
                <w:lang w:val="fr-FR"/>
              </w:rPr>
              <w:t>Dată și nr. depunere răspuns la clarificări</w:t>
            </w:r>
          </w:p>
          <w:p w14:paraId="6CE5652B" w14:textId="77777777" w:rsidR="00D06E85" w:rsidRPr="00F146C8" w:rsidRDefault="00D06E85">
            <w:pPr>
              <w:keepNext/>
              <w:rPr>
                <w:lang w:val="fr-FR"/>
              </w:rPr>
            </w:pPr>
          </w:p>
        </w:tc>
        <w:tc>
          <w:tcPr>
            <w:tcW w:w="1606" w:type="dxa"/>
          </w:tcPr>
          <w:p w14:paraId="37671C9B" w14:textId="77777777" w:rsidR="00D06E85" w:rsidRDefault="00BD1515">
            <w:pPr>
              <w:keepNext/>
            </w:pPr>
            <w:r>
              <w:rPr>
                <w:b/>
                <w:color w:val="0D5F78"/>
              </w:rPr>
              <w:t>Data împlinirii termenului</w:t>
            </w:r>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BD1515">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BD1515">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BD1515">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BD1515">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BD1515">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BD1515">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BD1515">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BD1515">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BD1515">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BD1515">
            <w:r>
              <w:rPr>
                <w:b/>
                <w:color w:val="0D5F78"/>
              </w:rPr>
              <w:t>Data</w:t>
            </w:r>
          </w:p>
          <w:p w14:paraId="444AABB6" w14:textId="77777777" w:rsidR="00D06E85" w:rsidRDefault="00D06E85"/>
        </w:tc>
        <w:tc>
          <w:tcPr>
            <w:tcW w:w="4818" w:type="dxa"/>
          </w:tcPr>
          <w:p w14:paraId="7FAA319E" w14:textId="77777777" w:rsidR="00D06E85" w:rsidRDefault="00BD1515">
            <w:r>
              <w:rPr>
                <w:b/>
                <w:color w:val="0D5F78"/>
              </w:rPr>
              <w:t>Beneficiarul / reprezentantul</w:t>
            </w:r>
          </w:p>
          <w:p w14:paraId="3F3E65B2" w14:textId="77777777" w:rsidR="00D06E85" w:rsidRDefault="00D06E85"/>
        </w:tc>
        <w:tc>
          <w:tcPr>
            <w:tcW w:w="3212" w:type="dxa"/>
          </w:tcPr>
          <w:p w14:paraId="57D03BB3" w14:textId="77777777" w:rsidR="00D06E85" w:rsidRDefault="00BD1515">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ADEDA" w14:textId="77777777" w:rsidR="006C5ADB" w:rsidRDefault="006C5ADB">
      <w:r>
        <w:separator/>
      </w:r>
    </w:p>
  </w:endnote>
  <w:endnote w:type="continuationSeparator" w:id="0">
    <w:p w14:paraId="51C10F6E" w14:textId="77777777" w:rsidR="006C5ADB" w:rsidRDefault="006C5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7F329" w14:textId="5E0319AE" w:rsidR="00D06E85" w:rsidRDefault="00BD1515">
    <w:pPr>
      <w:pStyle w:val="Footer"/>
      <w:tabs>
        <w:tab w:val="right" w:pos="9639"/>
      </w:tabs>
    </w:pPr>
    <w:r>
      <w:rPr>
        <w:color w:val="595959"/>
      </w:rPr>
      <w:t>F_A_03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15F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15F4A">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A546D" w14:textId="77777777" w:rsidR="006C5ADB" w:rsidRDefault="006C5ADB">
      <w:r>
        <w:separator/>
      </w:r>
    </w:p>
  </w:footnote>
  <w:footnote w:type="continuationSeparator" w:id="0">
    <w:p w14:paraId="6D28347F" w14:textId="77777777" w:rsidR="006C5ADB" w:rsidRDefault="006C5A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841D2"/>
    <w:rsid w:val="0029639D"/>
    <w:rsid w:val="00326F90"/>
    <w:rsid w:val="00424DBA"/>
    <w:rsid w:val="006C103E"/>
    <w:rsid w:val="006C5ADB"/>
    <w:rsid w:val="00A15F4A"/>
    <w:rsid w:val="00AA1D8D"/>
    <w:rsid w:val="00B23FEC"/>
    <w:rsid w:val="00B47730"/>
    <w:rsid w:val="00BD1515"/>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941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9BD24-D99A-4F8A-8DF9-729AECCB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urbanism_3</cp:lastModifiedBy>
  <cp:revision>5</cp:revision>
  <dcterms:created xsi:type="dcterms:W3CDTF">2013-12-23T23:15:00Z</dcterms:created>
  <dcterms:modified xsi:type="dcterms:W3CDTF">2026-09-23T11:34:00Z</dcterms:modified>
  <cp:category/>
</cp:coreProperties>
</file>